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الأطفال ووظيفتها التربوية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فاتن بوزراع/ بورايو عبد الحفيظ (مشرفا)/ سامية بوحوش/ سارة بن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