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المصرفية في تمويل الإستثمارات  دراسة حالة  طلب قروض والضمانات المطلوبة من قبل البنك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مغلاوي مريم/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