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مدى تطبيق النظام المحاسبي المالي في المؤسسات الإقتصادية الجزائرية   دراسة حالة ديوان الترقية والتسيير العقاري - ولاية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ديلمي وداد/ مخناش سيف الإسلام(مشرفا)/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33016911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