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English collocations in use advanced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Michael  McCarthy/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1.ed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CAMBRIDGE/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188p.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9780521707800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