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استرجاع الرسم على القيمة المضافة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دعاس وسام/ عاشوري نعيم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33014911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