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Sense and sensibility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Jane Austen/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9780140623277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