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diamond as big as the rit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.Scott Fitzgera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41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