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Portrait Of A Lady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9780140624335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