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misfits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Adell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42085055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