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red pon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820958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