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frican sto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rnest hemingw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203914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