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التسيير الوقائي لمخاطر الإقراض البنكي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عيسى حمزة/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33016311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