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portrait of the artist as a young 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James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9780140623635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