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الخدمات المصرفية على رضا العمي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يفون حكيمة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