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liver Twis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6525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