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الإسلامية ودورها في تحقيق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