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Selected Poems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w.h.auden/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9780582792531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