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Selected Poems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William wordsworth/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14ed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 Literature Guides/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9780582033696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