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تسويق الخدمات المصرفية في البنوك الإسلامية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بغيبغ أمنة/ داودي حمزة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33014311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