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تحديد السعر في المؤسسة  الإقتصادية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بوداب أمينة/ غيشي عبد العالي(مشرفا)/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33013911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