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Alice's adventures in wonderland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Lewis Carroll/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Penguim Popular Classics/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20*13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9780140623369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04/08/2026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