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antibiorésistance des enterococcus au milieu hospitalier  et vétérinaire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Amimour Yasmina/ berkni lamia/ maddouri nada/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