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l'approche biochimique de l'etablissement de l'athérosclérose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BAZ Nadjat/ lekirade ch/ merakcha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5701611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