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métabolisme du cholestérol et maladie de fois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Chebta Kaled/ hed messoud n/ hellou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