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المادة الفعالة في نبات السكران الأبيض لينيه hyoscyamus  albus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بلفتحي سارة/ بلفتحي ليلى/ معروف حبيبة/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