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web commercial (e- commerce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belmenai nawel/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