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l'enseignent à distance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 mohammed fouad/ Bouzahzah Mounira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