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de voyage etude de cas :madiha voyage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bencheikhlehocine safia/ Lalou Mohammed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