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dévloppment d'une application de gestio d' 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belmehboul faycal/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