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Implémentation d'un algorithme Cryptographique pour la sécurité des données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Bouraoui Nassim/ Deffas Zineb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