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des eaux usées pour l'irrigation.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Chemame Salima/ DJAMAA yaqota/ RABIA yassmina/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