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modules sur un anneau (définitions et propiétés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DJELAMA soumia/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5104811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