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théorie de la stabilité de systéme différentiel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Nouicer zineb/ Laouira Widad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E1.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