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opérations arithmétiques dans le corps QP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DAAS nawal/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