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Connexité- espace connexe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bounefikha sara/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