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méthodes numériques dans le corps QP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 meriem/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