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des équations et systémes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rezaiki saida/ LABED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