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Théorème de complétion et leur application dans l'espace de lebesgue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dembri asma/ Leulmi Assma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