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classes d'equations et systémes d'equations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mesloub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universite mentouri de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