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coparative de la flore du rumen de deux types d' agneaux algeriens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NADJIB BOURGHOUD/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cadeau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57016311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