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chronobiologique de la radiosensibilité. aspects théorique et expérimental in- vitro chez des lymphocytes humains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faouzia derouiche/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