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نشأ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أحمد بور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09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منشآ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