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موريس بابون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سعدي بزيان/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9789947834503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