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معاهدات الجزائر مع فرنسا 1619-1830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9789961654026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