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فرنسا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سعدي بزيان/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9789961666586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