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الحميد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تركي رابح عمامرة/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9789961629017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