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محمد قرصو/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9789947212561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