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رائد سي لخضر بورق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يدة حم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