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الامير عبد القادر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965155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