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 أكبر ..وانطلقت ثورة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965157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